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drawing>
          <wp:inline xmlns:a="http://schemas.openxmlformats.org/drawingml/2006/main" xmlns:pic="http://schemas.openxmlformats.org/drawingml/2006/picture">
            <wp:extent cx="822960" cy="824151"/>
            <wp:docPr id="1" name="Picture 1"/>
            <wp:cNvGraphicFramePr>
              <a:graphicFrameLocks noChangeAspect="1"/>
            </wp:cNvGraphicFramePr>
            <a:graphic>
              <a:graphicData uri="http://schemas.openxmlformats.org/drawingml/2006/picture">
                <pic:pic>
                  <pic:nvPicPr>
                    <pic:cNvPr id="0" name="elohim_intake_logo.png"/>
                    <pic:cNvPicPr/>
                  </pic:nvPicPr>
                  <pic:blipFill>
                    <a:blip r:embed="rId9"/>
                    <a:stretch>
                      <a:fillRect/>
                    </a:stretch>
                  </pic:blipFill>
                  <pic:spPr>
                    <a:xfrm>
                      <a:off x="0" y="0"/>
                      <a:ext cx="822960" cy="824151"/>
                    </a:xfrm>
                    <a:prstGeom prst="rect"/>
                  </pic:spPr>
                </pic:pic>
              </a:graphicData>
            </a:graphic>
          </wp:inline>
        </w:drawing>
      </w:r>
    </w:p>
    <w:p>
      <w:pPr>
        <w:spacing w:after="0"/>
        <w:jc w:val="center"/>
      </w:pPr>
      <w:r>
        <w:rPr>
          <w:b/>
          <w:color w:val="496B55"/>
          <w:sz w:val="34"/>
        </w:rPr>
        <w:t>ELOHIM VISION</w:t>
      </w:r>
    </w:p>
    <w:p>
      <w:pPr>
        <w:spacing w:after="40"/>
        <w:jc w:val="center"/>
      </w:pPr>
      <w:r>
        <w:rPr>
          <w:b/>
          <w:sz w:val="24"/>
        </w:rPr>
        <w:t>FOSTER YOUTH &amp; FAMILY SUPPORT INTAKE FORM</w:t>
      </w:r>
    </w:p>
    <w:p>
      <w:pPr>
        <w:jc w:val="center"/>
      </w:pPr>
      <w:r>
        <w:rPr>
          <w:i/>
          <w:color w:val="496B55"/>
          <w:sz w:val="17"/>
        </w:rPr>
        <w:t>Support the child. Strengthen the family. Preserve connections. Help create a path toward home.</w:t>
      </w:r>
    </w:p>
    <w:p>
      <w:r>
        <w:t>This form helps Elohim Vision understand the assistance being requested. Please provide only the information needed to connect the child or family with appropriate support. Assistance is based on eligibility, need, available inventory, funding, and program capacity.</w:t>
      </w:r>
    </w:p>
    <w:tbl>
      <w:tblPr>
        <w:tblW w:type="auto" w:w="0"/>
        <w:jc w:val="center"/>
        <w:tblLook w:firstColumn="1" w:firstRow="1" w:lastColumn="0" w:lastRow="0" w:noHBand="0" w:noVBand="1" w:val="04A0"/>
      </w:tblPr>
      <w:tblGrid>
        <w:gridCol w:w="10368"/>
      </w:tblGrid>
      <w:tr>
        <w:tc>
          <w:tcPr>
            <w:tcW w:type="dxa" w:w="10368"/>
            <w:shd w:fill="D8C6A3"/>
          </w:tcPr>
          <w:p>
            <w:pPr>
              <w:spacing w:after="0"/>
            </w:pPr>
            <w:r>
              <w:rPr>
                <w:b/>
                <w:color w:val="303A33"/>
                <w:sz w:val="20"/>
              </w:rPr>
              <w:t>1. INTAKE / REFERRAL INFORMATION</w:t>
            </w:r>
          </w:p>
        </w:tc>
      </w:tr>
    </w:tbl>
    <w:p>
      <w:pPr>
        <w:spacing w:after="40"/>
      </w:pPr>
      <w:r>
        <w:rPr>
          <w:b/>
        </w:rPr>
        <w:t xml:space="preserve">Date </w:t>
      </w:r>
      <w:r>
        <w:t>________________________</w:t>
      </w:r>
    </w:p>
    <w:p>
      <w:pPr>
        <w:spacing w:after="40"/>
      </w:pPr>
      <w:r>
        <w:rPr>
          <w:b/>
        </w:rPr>
        <w:t xml:space="preserve">Person Completing Form </w:t>
      </w:r>
      <w:r>
        <w:t>______________________________________</w:t>
      </w:r>
    </w:p>
    <w:tbl>
      <w:tblPr>
        <w:tblW w:type="auto" w:w="0"/>
        <w:jc w:val="left"/>
        <w:tblLook w:firstColumn="1" w:firstRow="1" w:lastColumn="0" w:lastRow="0" w:noHBand="0" w:noVBand="1" w:val="04A0"/>
      </w:tblPr>
      <w:tblGrid>
        <w:gridCol w:w="5184"/>
        <w:gridCol w:w="5184"/>
      </w:tblGrid>
      <w:tr>
        <w:tc>
          <w:tcPr>
            <w:tcW w:type="dxa" w:w="5184"/>
          </w:tcPr>
          <w:p>
            <w:pPr>
              <w:spacing w:after="0"/>
            </w:pPr>
            <w:r>
              <w:rPr>
                <w:sz w:val="18"/>
              </w:rPr>
              <w:t>☐ Self / Parent</w:t>
            </w:r>
          </w:p>
        </w:tc>
        <w:tc>
          <w:tcPr>
            <w:tcW w:type="dxa" w:w="5184"/>
          </w:tcPr>
          <w:p>
            <w:pPr>
              <w:spacing w:after="0"/>
            </w:pPr>
            <w:r>
              <w:rPr>
                <w:sz w:val="18"/>
              </w:rPr>
              <w:t>☐ Foster or Kinship Caregiver</w:t>
            </w:r>
          </w:p>
        </w:tc>
      </w:tr>
      <w:tr>
        <w:tc>
          <w:tcPr>
            <w:tcW w:type="dxa" w:w="5184"/>
          </w:tcPr>
          <w:p>
            <w:pPr>
              <w:spacing w:after="0"/>
            </w:pPr>
            <w:r>
              <w:rPr>
                <w:sz w:val="18"/>
              </w:rPr>
              <w:t>☐ Social Worker / Case Manager</w:t>
            </w:r>
          </w:p>
        </w:tc>
        <w:tc>
          <w:tcPr>
            <w:tcW w:type="dxa" w:w="5184"/>
          </w:tcPr>
          <w:p>
            <w:pPr>
              <w:spacing w:after="0"/>
            </w:pPr>
            <w:r>
              <w:rPr>
                <w:sz w:val="18"/>
              </w:rPr>
              <w:t>☐ Foster Family Agency</w:t>
            </w:r>
          </w:p>
        </w:tc>
      </w:tr>
      <w:tr>
        <w:tc>
          <w:tcPr>
            <w:tcW w:type="dxa" w:w="5184"/>
          </w:tcPr>
          <w:p>
            <w:pPr>
              <w:spacing w:after="0"/>
            </w:pPr>
            <w:r>
              <w:rPr>
                <w:sz w:val="18"/>
              </w:rPr>
              <w:t>☐ Community Partner</w:t>
            </w:r>
          </w:p>
        </w:tc>
        <w:tc>
          <w:tcPr>
            <w:tcW w:type="dxa" w:w="5184"/>
          </w:tcPr>
          <w:p>
            <w:pPr>
              <w:spacing w:after="0"/>
            </w:pPr>
            <w:r>
              <w:rPr>
                <w:sz w:val="18"/>
              </w:rPr>
              <w:t>☐ Other: __________________</w:t>
            </w:r>
          </w:p>
        </w:tc>
      </w:tr>
    </w:tbl>
    <w:p>
      <w:pPr>
        <w:spacing w:after="40"/>
      </w:pPr>
      <w:r>
        <w:rPr>
          <w:b/>
        </w:rPr>
        <w:t xml:space="preserve">Referral Organization (if applicable) </w:t>
      </w:r>
      <w:r>
        <w:t>___________________________________</w:t>
      </w:r>
    </w:p>
    <w:p>
      <w:pPr>
        <w:spacing w:after="40"/>
      </w:pPr>
      <w:r>
        <w:rPr>
          <w:b/>
        </w:rPr>
        <w:t xml:space="preserve">Referral Contact </w:t>
      </w:r>
      <w:r>
        <w:t>___________________________________</w:t>
      </w:r>
    </w:p>
    <w:p>
      <w:pPr>
        <w:spacing w:after="40"/>
      </w:pPr>
      <w:r>
        <w:rPr>
          <w:b/>
        </w:rPr>
        <w:t xml:space="preserve">Referral Phone / Email </w:t>
      </w:r>
      <w:r>
        <w:t>________________________________________</w:t>
      </w:r>
    </w:p>
    <w:tbl>
      <w:tblPr>
        <w:tblW w:type="auto" w:w="0"/>
        <w:jc w:val="center"/>
        <w:tblLook w:firstColumn="1" w:firstRow="1" w:lastColumn="0" w:lastRow="0" w:noHBand="0" w:noVBand="1" w:val="04A0"/>
      </w:tblPr>
      <w:tblGrid>
        <w:gridCol w:w="10368"/>
      </w:tblGrid>
      <w:tr>
        <w:tc>
          <w:tcPr>
            <w:tcW w:type="dxa" w:w="10368"/>
            <w:shd w:fill="D8C6A3"/>
          </w:tcPr>
          <w:p>
            <w:pPr>
              <w:spacing w:after="0"/>
            </w:pPr>
            <w:r>
              <w:rPr>
                <w:b/>
                <w:color w:val="303A33"/>
                <w:sz w:val="20"/>
              </w:rPr>
              <w:t>2. PRIMARY CONTACT INFORMATION</w:t>
            </w:r>
          </w:p>
        </w:tc>
      </w:tr>
    </w:tbl>
    <w:p>
      <w:pPr>
        <w:spacing w:after="40"/>
      </w:pPr>
      <w:r>
        <w:rPr>
          <w:b/>
        </w:rPr>
        <w:t xml:space="preserve">Name </w:t>
      </w:r>
      <w:r>
        <w:t>_______________________________________________________</w:t>
      </w:r>
    </w:p>
    <w:p>
      <w:pPr>
        <w:spacing w:after="40"/>
      </w:pPr>
      <w:r>
        <w:rPr>
          <w:b/>
        </w:rPr>
        <w:t xml:space="preserve">Preferred Name </w:t>
      </w:r>
      <w:r>
        <w:t>_____________________________________________</w:t>
      </w:r>
    </w:p>
    <w:p>
      <w:pPr>
        <w:spacing w:after="40"/>
      </w:pPr>
      <w:r>
        <w:rPr>
          <w:b/>
        </w:rPr>
        <w:t xml:space="preserve">Phone </w:t>
      </w:r>
      <w:r>
        <w:t>___________________________________</w:t>
      </w:r>
    </w:p>
    <w:p>
      <w:pPr>
        <w:spacing w:after="40"/>
      </w:pPr>
      <w:r>
        <w:rPr>
          <w:b/>
        </w:rPr>
        <w:t xml:space="preserve">Email </w:t>
      </w:r>
      <w:r>
        <w:t>_____________________________________________</w:t>
      </w:r>
    </w:p>
    <w:p>
      <w:pPr>
        <w:spacing w:after="40"/>
      </w:pPr>
      <w:r>
        <w:rPr>
          <w:b/>
        </w:rPr>
        <w:t xml:space="preserve">City </w:t>
      </w:r>
      <w:r>
        <w:t>________________________________________</w:t>
      </w:r>
    </w:p>
    <w:p>
      <w:pPr>
        <w:spacing w:after="40"/>
      </w:pPr>
      <w:r>
        <w:rPr>
          <w:b/>
        </w:rPr>
        <w:t xml:space="preserve">Preferred Method of Contact </w:t>
      </w:r>
      <w:r>
        <w:t>___________________________________</w:t>
      </w:r>
    </w:p>
    <w:tbl>
      <w:tblPr>
        <w:tblW w:type="auto" w:w="0"/>
        <w:jc w:val="center"/>
        <w:tblLook w:firstColumn="1" w:firstRow="1" w:lastColumn="0" w:lastRow="0" w:noHBand="0" w:noVBand="1" w:val="04A0"/>
      </w:tblPr>
      <w:tblGrid>
        <w:gridCol w:w="10368"/>
      </w:tblGrid>
      <w:tr>
        <w:tc>
          <w:tcPr>
            <w:tcW w:type="dxa" w:w="10368"/>
            <w:shd w:fill="D8C6A3"/>
          </w:tcPr>
          <w:p>
            <w:pPr>
              <w:spacing w:after="0"/>
            </w:pPr>
            <w:r>
              <w:rPr>
                <w:b/>
                <w:color w:val="303A33"/>
                <w:sz w:val="20"/>
              </w:rPr>
              <w:t>3. WHO NEEDS ASSISTANCE?</w:t>
            </w:r>
          </w:p>
        </w:tc>
      </w:tr>
    </w:tbl>
    <w:tbl>
      <w:tblPr>
        <w:tblW w:type="auto" w:w="0"/>
        <w:jc w:val="left"/>
        <w:tblLook w:firstColumn="1" w:firstRow="1" w:lastColumn="0" w:lastRow="0" w:noHBand="0" w:noVBand="1" w:val="04A0"/>
      </w:tblPr>
      <w:tblGrid>
        <w:gridCol w:w="5184"/>
        <w:gridCol w:w="5184"/>
      </w:tblGrid>
      <w:tr>
        <w:tc>
          <w:tcPr>
            <w:tcW w:type="dxa" w:w="5184"/>
          </w:tcPr>
          <w:p>
            <w:pPr>
              <w:spacing w:after="0"/>
            </w:pPr>
            <w:r>
              <w:rPr>
                <w:sz w:val="18"/>
              </w:rPr>
              <w:t>☐ Child / Youth in foster care</w:t>
            </w:r>
          </w:p>
        </w:tc>
        <w:tc>
          <w:tcPr>
            <w:tcW w:type="dxa" w:w="5184"/>
          </w:tcPr>
          <w:p>
            <w:pPr>
              <w:spacing w:after="0"/>
            </w:pPr>
            <w:r>
              <w:rPr>
                <w:sz w:val="18"/>
              </w:rPr>
              <w:t>☐ Child entering foster or kinship care</w:t>
            </w:r>
          </w:p>
        </w:tc>
      </w:tr>
      <w:tr>
        <w:tc>
          <w:tcPr>
            <w:tcW w:type="dxa" w:w="5184"/>
          </w:tcPr>
          <w:p>
            <w:pPr>
              <w:spacing w:after="0"/>
            </w:pPr>
            <w:r>
              <w:rPr>
                <w:sz w:val="18"/>
              </w:rPr>
              <w:t>☐ Foster / Resource Caregiver</w:t>
            </w:r>
          </w:p>
        </w:tc>
        <w:tc>
          <w:tcPr>
            <w:tcW w:type="dxa" w:w="5184"/>
          </w:tcPr>
          <w:p>
            <w:pPr>
              <w:spacing w:after="0"/>
            </w:pPr>
            <w:r>
              <w:rPr>
                <w:sz w:val="18"/>
              </w:rPr>
              <w:t>☐ Kinship / Relative Caregiver</w:t>
            </w:r>
          </w:p>
        </w:tc>
      </w:tr>
      <w:tr>
        <w:tc>
          <w:tcPr>
            <w:tcW w:type="dxa" w:w="5184"/>
          </w:tcPr>
          <w:p>
            <w:pPr>
              <w:spacing w:after="0"/>
            </w:pPr>
            <w:r>
              <w:rPr>
                <w:sz w:val="18"/>
              </w:rPr>
              <w:t>☐ Parent working toward reunification</w:t>
            </w:r>
          </w:p>
        </w:tc>
        <w:tc>
          <w:tcPr>
            <w:tcW w:type="dxa" w:w="5184"/>
          </w:tcPr>
          <w:p>
            <w:pPr>
              <w:spacing w:after="0"/>
            </w:pPr>
            <w:r>
              <w:rPr>
                <w:sz w:val="18"/>
              </w:rPr>
              <w:t>☐ Family preparing for approved reunification</w:t>
            </w:r>
          </w:p>
        </w:tc>
      </w:tr>
      <w:tr>
        <w:tc>
          <w:tcPr>
            <w:tcW w:type="dxa" w:w="5184"/>
          </w:tcPr>
          <w:p>
            <w:pPr>
              <w:spacing w:after="0"/>
            </w:pPr>
            <w:r>
              <w:rPr>
                <w:sz w:val="18"/>
              </w:rPr>
              <w:t>☐ Siblings separated by placement</w:t>
            </w:r>
          </w:p>
        </w:tc>
        <w:tc>
          <w:tcPr>
            <w:tcW w:type="dxa" w:w="5184"/>
          </w:tcPr>
          <w:p>
            <w:pPr>
              <w:spacing w:after="0"/>
            </w:pPr>
            <w:r>
              <w:rPr>
                <w:sz w:val="18"/>
              </w:rPr>
              <w:t>☐ Other: __________________</w:t>
            </w:r>
          </w:p>
        </w:tc>
      </w:tr>
    </w:tbl>
    <w:p>
      <w:pPr>
        <w:spacing w:after="40"/>
      </w:pPr>
      <w:r>
        <w:rPr>
          <w:b/>
        </w:rPr>
        <w:t xml:space="preserve">Number of children needing assistance </w:t>
      </w:r>
      <w:r>
        <w:t>____________________________</w:t>
      </w:r>
    </w:p>
    <w:p>
      <w:pPr>
        <w:spacing w:after="40"/>
      </w:pPr>
      <w:r>
        <w:rPr>
          <w:b/>
        </w:rPr>
        <w:t xml:space="preserve">Child/Youth age(s) </w:t>
      </w:r>
      <w:r>
        <w:t>________________________________________</w:t>
      </w:r>
    </w:p>
    <w:p>
      <w:pPr>
        <w:spacing w:after="40"/>
      </w:pPr>
      <w:r>
        <w:rPr>
          <w:b/>
        </w:rPr>
        <w:t xml:space="preserve">Clothing size(s), if requesting clothing </w:t>
      </w:r>
      <w:r>
        <w:t>______________________________</w:t>
      </w:r>
    </w:p>
    <w:p>
      <w:pPr>
        <w:spacing w:after="40"/>
      </w:pPr>
      <w:r>
        <w:rPr>
          <w:b/>
        </w:rPr>
        <w:t xml:space="preserve">Shoe size(s), if requesting shoes </w:t>
      </w:r>
      <w:r>
        <w:t>___________________________________</w:t>
      </w:r>
    </w:p>
    <w:tbl>
      <w:tblPr>
        <w:tblW w:type="auto" w:w="0"/>
        <w:jc w:val="center"/>
        <w:tblLook w:firstColumn="1" w:firstRow="1" w:lastColumn="0" w:lastRow="0" w:noHBand="0" w:noVBand="1" w:val="04A0"/>
      </w:tblPr>
      <w:tblGrid>
        <w:gridCol w:w="10368"/>
      </w:tblGrid>
      <w:tr>
        <w:tc>
          <w:tcPr>
            <w:tcW w:type="dxa" w:w="10368"/>
            <w:shd w:fill="D8C6A3"/>
          </w:tcPr>
          <w:p>
            <w:pPr>
              <w:spacing w:after="0"/>
            </w:pPr>
            <w:r>
              <w:rPr>
                <w:b/>
                <w:color w:val="303A33"/>
                <w:sz w:val="20"/>
              </w:rPr>
              <w:t>4. PROGRAM REQUESTED</w:t>
            </w:r>
          </w:p>
        </w:tc>
      </w:tr>
    </w:tbl>
    <w:tbl>
      <w:tblPr>
        <w:tblW w:type="auto" w:w="0"/>
        <w:jc w:val="left"/>
        <w:tblLook w:firstColumn="1" w:firstRow="1" w:lastColumn="0" w:lastRow="0" w:noHBand="0" w:noVBand="1" w:val="04A0"/>
      </w:tblPr>
      <w:tblGrid>
        <w:gridCol w:w="5184"/>
        <w:gridCol w:w="5184"/>
      </w:tblGrid>
      <w:tr>
        <w:tc>
          <w:tcPr>
            <w:tcW w:type="dxa" w:w="5184"/>
          </w:tcPr>
          <w:p>
            <w:pPr>
              <w:spacing w:after="0"/>
            </w:pPr>
            <w:r>
              <w:rPr>
                <w:sz w:val="18"/>
              </w:rPr>
              <w:t>☐ Comfort Program</w:t>
            </w:r>
          </w:p>
        </w:tc>
        <w:tc>
          <w:tcPr>
            <w:tcW w:type="dxa" w:w="5184"/>
          </w:tcPr>
          <w:p>
            <w:pPr>
              <w:spacing w:after="0"/>
            </w:pPr>
            <w:r>
              <w:rPr>
                <w:sz w:val="18"/>
              </w:rPr>
              <w:t>☐ Caregiver Essentials Program</w:t>
            </w:r>
          </w:p>
        </w:tc>
      </w:tr>
      <w:tr>
        <w:tc>
          <w:tcPr>
            <w:tcW w:type="dxa" w:w="5184"/>
          </w:tcPr>
          <w:p>
            <w:pPr>
              <w:spacing w:after="0"/>
            </w:pPr>
            <w:r>
              <w:rPr>
                <w:sz w:val="18"/>
              </w:rPr>
              <w:t>☐ Family Reunification &amp; Parent Support</w:t>
            </w:r>
          </w:p>
        </w:tc>
        <w:tc>
          <w:tcPr>
            <w:tcW w:type="dxa" w:w="5184"/>
          </w:tcPr>
          <w:p>
            <w:pPr>
              <w:spacing w:after="0"/>
            </w:pPr>
            <w:r>
              <w:rPr>
                <w:sz w:val="18"/>
              </w:rPr>
              <w:t>☐ Reunification Welcome Home Program</w:t>
            </w:r>
          </w:p>
        </w:tc>
      </w:tr>
      <w:tr>
        <w:tc>
          <w:tcPr>
            <w:tcW w:type="dxa" w:w="5184"/>
          </w:tcPr>
          <w:p>
            <w:pPr>
              <w:spacing w:after="0"/>
            </w:pPr>
            <w:r>
              <w:rPr>
                <w:sz w:val="18"/>
              </w:rPr>
              <w:t>☐ Sibling Connections Program</w:t>
            </w:r>
          </w:p>
        </w:tc>
        <w:tc>
          <w:tcPr>
            <w:tcW w:type="dxa" w:w="5184"/>
          </w:tcPr>
          <w:p>
            <w:pPr>
              <w:spacing w:after="0"/>
            </w:pPr>
            <w:r>
              <w:rPr>
                <w:sz w:val="18"/>
              </w:rPr>
              <w:t>☐ Resource Navigation / Referral Assistance</w:t>
            </w:r>
          </w:p>
        </w:tc>
      </w:tr>
    </w:tbl>
    <w:tbl>
      <w:tblPr>
        <w:tblW w:type="auto" w:w="0"/>
        <w:jc w:val="center"/>
        <w:tblLook w:firstColumn="1" w:firstRow="1" w:lastColumn="0" w:lastRow="0" w:noHBand="0" w:noVBand="1" w:val="04A0"/>
      </w:tblPr>
      <w:tblGrid>
        <w:gridCol w:w="10368"/>
      </w:tblGrid>
      <w:tr>
        <w:tc>
          <w:tcPr>
            <w:tcW w:type="dxa" w:w="10368"/>
            <w:shd w:fill="D8C6A3"/>
          </w:tcPr>
          <w:p>
            <w:pPr>
              <w:spacing w:after="0"/>
            </w:pPr>
            <w:r>
              <w:rPr>
                <w:b/>
                <w:color w:val="303A33"/>
                <w:sz w:val="20"/>
              </w:rPr>
              <w:t>5. BASIC RESOURCE NEEDS</w:t>
            </w:r>
          </w:p>
        </w:tc>
      </w:tr>
    </w:tbl>
    <w:p>
      <w:pPr>
        <w:spacing w:after="60"/>
      </w:pPr>
      <w:r>
        <w:t>Check all items currently needed.</w:t>
      </w:r>
    </w:p>
    <w:tbl>
      <w:tblPr>
        <w:tblW w:type="auto" w:w="0"/>
        <w:jc w:val="left"/>
        <w:tblLook w:firstColumn="1" w:firstRow="1" w:lastColumn="0" w:lastRow="0" w:noHBand="0" w:noVBand="1" w:val="04A0"/>
      </w:tblPr>
      <w:tblGrid>
        <w:gridCol w:w="3456"/>
        <w:gridCol w:w="3456"/>
        <w:gridCol w:w="3456"/>
      </w:tblGrid>
      <w:tr>
        <w:tc>
          <w:tcPr>
            <w:tcW w:type="dxa" w:w="3456"/>
          </w:tcPr>
          <w:p>
            <w:pPr>
              <w:spacing w:after="0"/>
            </w:pPr>
            <w:r>
              <w:rPr>
                <w:sz w:val="18"/>
              </w:rPr>
              <w:t>☐ Backpack / Duffel Bag</w:t>
            </w:r>
          </w:p>
        </w:tc>
        <w:tc>
          <w:tcPr>
            <w:tcW w:type="dxa" w:w="3456"/>
          </w:tcPr>
          <w:p>
            <w:pPr>
              <w:spacing w:after="0"/>
            </w:pPr>
            <w:r>
              <w:rPr>
                <w:sz w:val="18"/>
              </w:rPr>
              <w:t>☐ Clothing</w:t>
            </w:r>
          </w:p>
        </w:tc>
        <w:tc>
          <w:tcPr>
            <w:tcW w:type="dxa" w:w="3456"/>
          </w:tcPr>
          <w:p>
            <w:pPr>
              <w:spacing w:after="0"/>
            </w:pPr>
            <w:r>
              <w:rPr>
                <w:sz w:val="18"/>
              </w:rPr>
              <w:t>☐ Pajamas</w:t>
            </w:r>
          </w:p>
        </w:tc>
      </w:tr>
      <w:tr>
        <w:tc>
          <w:tcPr>
            <w:tcW w:type="dxa" w:w="3456"/>
          </w:tcPr>
          <w:p>
            <w:pPr>
              <w:spacing w:after="0"/>
            </w:pPr>
            <w:r>
              <w:rPr>
                <w:sz w:val="18"/>
              </w:rPr>
              <w:t>☐ Underwear / Socks</w:t>
            </w:r>
          </w:p>
        </w:tc>
        <w:tc>
          <w:tcPr>
            <w:tcW w:type="dxa" w:w="3456"/>
          </w:tcPr>
          <w:p>
            <w:pPr>
              <w:spacing w:after="0"/>
            </w:pPr>
            <w:r>
              <w:rPr>
                <w:sz w:val="18"/>
              </w:rPr>
              <w:t>☐ Shoes</w:t>
            </w:r>
          </w:p>
        </w:tc>
        <w:tc>
          <w:tcPr>
            <w:tcW w:type="dxa" w:w="3456"/>
          </w:tcPr>
          <w:p>
            <w:pPr>
              <w:spacing w:after="0"/>
            </w:pPr>
            <w:r>
              <w:rPr>
                <w:sz w:val="18"/>
              </w:rPr>
              <w:t>☐ Diapers / Wipes</w:t>
            </w:r>
          </w:p>
        </w:tc>
      </w:tr>
      <w:tr>
        <w:tc>
          <w:tcPr>
            <w:tcW w:type="dxa" w:w="3456"/>
          </w:tcPr>
          <w:p>
            <w:pPr>
              <w:spacing w:after="0"/>
            </w:pPr>
            <w:r>
              <w:rPr>
                <w:sz w:val="18"/>
              </w:rPr>
              <w:t>☐ Baby Supplies</w:t>
            </w:r>
          </w:p>
        </w:tc>
        <w:tc>
          <w:tcPr>
            <w:tcW w:type="dxa" w:w="3456"/>
          </w:tcPr>
          <w:p>
            <w:pPr>
              <w:spacing w:after="0"/>
            </w:pPr>
            <w:r>
              <w:rPr>
                <w:sz w:val="18"/>
              </w:rPr>
              <w:t>☐ Hygiene Supplies</w:t>
            </w:r>
          </w:p>
        </w:tc>
        <w:tc>
          <w:tcPr>
            <w:tcW w:type="dxa" w:w="3456"/>
          </w:tcPr>
          <w:p>
            <w:pPr>
              <w:spacing w:after="0"/>
            </w:pPr>
            <w:r>
              <w:rPr>
                <w:sz w:val="18"/>
              </w:rPr>
              <w:t>☐ Hair-Care Products</w:t>
            </w:r>
          </w:p>
        </w:tc>
      </w:tr>
      <w:tr>
        <w:tc>
          <w:tcPr>
            <w:tcW w:type="dxa" w:w="3456"/>
          </w:tcPr>
          <w:p>
            <w:pPr>
              <w:spacing w:after="0"/>
            </w:pPr>
            <w:r>
              <w:rPr>
                <w:sz w:val="18"/>
              </w:rPr>
              <w:t>☐ Blanket / Bedding</w:t>
            </w:r>
          </w:p>
        </w:tc>
        <w:tc>
          <w:tcPr>
            <w:tcW w:type="dxa" w:w="3456"/>
          </w:tcPr>
          <w:p>
            <w:pPr>
              <w:spacing w:after="0"/>
            </w:pPr>
            <w:r>
              <w:rPr>
                <w:sz w:val="18"/>
              </w:rPr>
              <w:t>☐ School Supplies</w:t>
            </w:r>
          </w:p>
        </w:tc>
        <w:tc>
          <w:tcPr>
            <w:tcW w:type="dxa" w:w="3456"/>
          </w:tcPr>
          <w:p>
            <w:pPr>
              <w:spacing w:after="0"/>
            </w:pPr>
            <w:r>
              <w:rPr>
                <w:sz w:val="18"/>
              </w:rPr>
              <w:t>☐ Books / Journals</w:t>
            </w:r>
          </w:p>
        </w:tc>
      </w:tr>
      <w:tr>
        <w:tc>
          <w:tcPr>
            <w:tcW w:type="dxa" w:w="3456"/>
          </w:tcPr>
          <w:p>
            <w:pPr>
              <w:spacing w:after="0"/>
            </w:pPr>
            <w:r>
              <w:rPr>
                <w:sz w:val="18"/>
              </w:rPr>
              <w:t>☐ Children's Bedroom Needs</w:t>
            </w:r>
          </w:p>
        </w:tc>
        <w:tc>
          <w:tcPr>
            <w:tcW w:type="dxa" w:w="3456"/>
          </w:tcPr>
          <w:p>
            <w:pPr>
              <w:spacing w:after="0"/>
            </w:pPr>
            <w:r>
              <w:rPr>
                <w:sz w:val="18"/>
              </w:rPr>
              <w:t>☐ Household Essentials</w:t>
            </w:r>
          </w:p>
        </w:tc>
        <w:tc>
          <w:tcPr>
            <w:tcW w:type="dxa" w:w="3456"/>
          </w:tcPr>
          <w:p>
            <w:pPr>
              <w:spacing w:after="0"/>
            </w:pPr>
            <w:r>
              <w:rPr>
                <w:sz w:val="18"/>
              </w:rPr>
              <w:t>☐ Furniture Resource</w:t>
            </w:r>
          </w:p>
        </w:tc>
      </w:tr>
      <w:tr>
        <w:tc>
          <w:tcPr>
            <w:tcW w:type="dxa" w:w="3456"/>
          </w:tcPr>
          <w:p>
            <w:pPr>
              <w:spacing w:after="0"/>
            </w:pPr>
            <w:r>
              <w:rPr>
                <w:sz w:val="18"/>
              </w:rPr>
              <w:t>☐ Food Resource</w:t>
            </w:r>
          </w:p>
        </w:tc>
        <w:tc>
          <w:tcPr>
            <w:tcW w:type="dxa" w:w="3456"/>
          </w:tcPr>
          <w:p>
            <w:pPr>
              <w:spacing w:after="0"/>
            </w:pPr>
            <w:r>
              <w:rPr>
                <w:sz w:val="18"/>
              </w:rPr>
              <w:t>☐ Gift Card Assistance, if available</w:t>
            </w:r>
          </w:p>
        </w:tc>
        <w:tc>
          <w:tcPr>
            <w:tcW w:type="dxa" w:w="3456"/>
          </w:tcPr>
          <w:p>
            <w:pPr>
              <w:spacing w:after="0"/>
            </w:pPr>
            <w:r>
              <w:rPr>
                <w:sz w:val="18"/>
              </w:rPr>
              <w:t>☐ Other: __________________</w:t>
            </w:r>
          </w:p>
        </w:tc>
      </w:tr>
    </w:tbl>
    <w:tbl>
      <w:tblPr>
        <w:tblW w:type="auto" w:w="0"/>
        <w:jc w:val="center"/>
        <w:tblLook w:firstColumn="1" w:firstRow="1" w:lastColumn="0" w:lastRow="0" w:noHBand="0" w:noVBand="1" w:val="04A0"/>
      </w:tblPr>
      <w:tblGrid>
        <w:gridCol w:w="10368"/>
      </w:tblGrid>
      <w:tr>
        <w:tc>
          <w:tcPr>
            <w:tcW w:type="dxa" w:w="10368"/>
            <w:shd w:fill="D8C6A3"/>
          </w:tcPr>
          <w:p>
            <w:pPr>
              <w:spacing w:after="0"/>
            </w:pPr>
            <w:r>
              <w:rPr>
                <w:b/>
                <w:color w:val="303A33"/>
                <w:sz w:val="20"/>
              </w:rPr>
              <w:t>6. FAMILY REUNIFICATION &amp; PARENT SUPPORT</w:t>
            </w:r>
          </w:p>
        </w:tc>
      </w:tr>
    </w:tbl>
    <w:p>
      <w:pPr>
        <w:spacing w:after="60"/>
      </w:pPr>
      <w:r>
        <w:t>Complete this section if you are requesting parent or reunification support.</w:t>
      </w:r>
    </w:p>
    <w:tbl>
      <w:tblPr>
        <w:tblW w:type="auto" w:w="0"/>
        <w:jc w:val="left"/>
        <w:tblLook w:firstColumn="1" w:firstRow="1" w:lastColumn="0" w:lastRow="0" w:noHBand="0" w:noVBand="1" w:val="04A0"/>
      </w:tblPr>
      <w:tblGrid>
        <w:gridCol w:w="5184"/>
        <w:gridCol w:w="5184"/>
      </w:tblGrid>
      <w:tr>
        <w:tc>
          <w:tcPr>
            <w:tcW w:type="dxa" w:w="5184"/>
          </w:tcPr>
          <w:p>
            <w:pPr>
              <w:spacing w:after="0"/>
            </w:pPr>
            <w:r>
              <w:rPr>
                <w:sz w:val="18"/>
              </w:rPr>
              <w:t>☐ Resume Assistance</w:t>
            </w:r>
          </w:p>
        </w:tc>
        <w:tc>
          <w:tcPr>
            <w:tcW w:type="dxa" w:w="5184"/>
          </w:tcPr>
          <w:p>
            <w:pPr>
              <w:spacing w:after="0"/>
            </w:pPr>
            <w:r>
              <w:rPr>
                <w:sz w:val="18"/>
              </w:rPr>
              <w:t>☐ Job Search / Applications</w:t>
            </w:r>
          </w:p>
        </w:tc>
      </w:tr>
      <w:tr>
        <w:tc>
          <w:tcPr>
            <w:tcW w:type="dxa" w:w="5184"/>
          </w:tcPr>
          <w:p>
            <w:pPr>
              <w:spacing w:after="0"/>
            </w:pPr>
            <w:r>
              <w:rPr>
                <w:sz w:val="18"/>
              </w:rPr>
              <w:t>☐ Interview Preparation</w:t>
            </w:r>
          </w:p>
        </w:tc>
        <w:tc>
          <w:tcPr>
            <w:tcW w:type="dxa" w:w="5184"/>
          </w:tcPr>
          <w:p>
            <w:pPr>
              <w:spacing w:after="0"/>
            </w:pPr>
            <w:r>
              <w:rPr>
                <w:sz w:val="18"/>
              </w:rPr>
              <w:t>☐ Interview Clothing</w:t>
            </w:r>
          </w:p>
        </w:tc>
      </w:tr>
      <w:tr>
        <w:tc>
          <w:tcPr>
            <w:tcW w:type="dxa" w:w="5184"/>
          </w:tcPr>
          <w:p>
            <w:pPr>
              <w:spacing w:after="0"/>
            </w:pPr>
            <w:r>
              <w:rPr>
                <w:sz w:val="18"/>
              </w:rPr>
              <w:t>☐ Parenting-Class Referral</w:t>
            </w:r>
          </w:p>
        </w:tc>
        <w:tc>
          <w:tcPr>
            <w:tcW w:type="dxa" w:w="5184"/>
          </w:tcPr>
          <w:p>
            <w:pPr>
              <w:spacing w:after="0"/>
            </w:pPr>
            <w:r>
              <w:rPr>
                <w:sz w:val="18"/>
              </w:rPr>
              <w:t>☐ Housing Resources</w:t>
            </w:r>
          </w:p>
        </w:tc>
      </w:tr>
      <w:tr>
        <w:tc>
          <w:tcPr>
            <w:tcW w:type="dxa" w:w="5184"/>
          </w:tcPr>
          <w:p>
            <w:pPr>
              <w:spacing w:after="0"/>
            </w:pPr>
            <w:r>
              <w:rPr>
                <w:sz w:val="18"/>
              </w:rPr>
              <w:t>☐ Rental / Utility Resources</w:t>
            </w:r>
          </w:p>
        </w:tc>
        <w:tc>
          <w:tcPr>
            <w:tcW w:type="dxa" w:w="5184"/>
          </w:tcPr>
          <w:p>
            <w:pPr>
              <w:spacing w:after="0"/>
            </w:pPr>
            <w:r>
              <w:rPr>
                <w:sz w:val="18"/>
              </w:rPr>
              <w:t>☐ Document Assistance</w:t>
            </w:r>
          </w:p>
        </w:tc>
      </w:tr>
      <w:tr>
        <w:tc>
          <w:tcPr>
            <w:tcW w:type="dxa" w:w="5184"/>
          </w:tcPr>
          <w:p>
            <w:pPr>
              <w:spacing w:after="0"/>
            </w:pPr>
            <w:r>
              <w:rPr>
                <w:sz w:val="18"/>
              </w:rPr>
              <w:t>☐ Benefits Application Assistance</w:t>
            </w:r>
          </w:p>
        </w:tc>
        <w:tc>
          <w:tcPr>
            <w:tcW w:type="dxa" w:w="5184"/>
          </w:tcPr>
          <w:p>
            <w:pPr>
              <w:spacing w:after="0"/>
            </w:pPr>
            <w:r>
              <w:rPr>
                <w:sz w:val="18"/>
              </w:rPr>
              <w:t>☐ Transportation Resources</w:t>
            </w:r>
          </w:p>
        </w:tc>
      </w:tr>
      <w:tr>
        <w:tc>
          <w:tcPr>
            <w:tcW w:type="dxa" w:w="5184"/>
          </w:tcPr>
          <w:p>
            <w:pPr>
              <w:spacing w:after="0"/>
            </w:pPr>
            <w:r>
              <w:rPr>
                <w:sz w:val="18"/>
              </w:rPr>
              <w:t>☐ Counseling / Support Referral</w:t>
            </w:r>
          </w:p>
        </w:tc>
        <w:tc>
          <w:tcPr>
            <w:tcW w:type="dxa" w:w="5184"/>
          </w:tcPr>
          <w:p>
            <w:pPr>
              <w:spacing w:after="0"/>
            </w:pPr>
            <w:r>
              <w:rPr>
                <w:sz w:val="18"/>
              </w:rPr>
              <w:t>☐ Household / Children's Essentials</w:t>
            </w:r>
          </w:p>
        </w:tc>
      </w:tr>
      <w:tr>
        <w:tc>
          <w:tcPr>
            <w:tcW w:type="dxa" w:w="5184"/>
          </w:tcPr>
          <w:p>
            <w:pPr>
              <w:spacing w:after="0"/>
            </w:pPr>
            <w:r>
              <w:rPr>
                <w:sz w:val="18"/>
              </w:rPr>
              <w:t>☐ Reunification Welcome Home Assistance</w:t>
            </w:r>
          </w:p>
        </w:tc>
        <w:tc>
          <w:tcPr>
            <w:tcW w:type="dxa" w:w="5184"/>
          </w:tcPr>
          <w:p>
            <w:pPr>
              <w:spacing w:after="0"/>
            </w:pPr>
            <w:r>
              <w:rPr>
                <w:sz w:val="18"/>
              </w:rPr>
              <w:t>☐ Other: __________________</w:t>
            </w:r>
          </w:p>
        </w:tc>
      </w:tr>
    </w:tbl>
    <w:p>
      <w:r>
        <w:rPr>
          <w:b/>
        </w:rPr>
        <w:t>What is the most important need or barrier right now?</w:t>
      </w:r>
    </w:p>
    <w:p>
      <w:r>
        <w:t>____________________________________________________________________________________________________</w:t>
        <w:br/>
        <w:t>____________________________________________________________________________________________________</w:t>
        <w:br/>
        <w:t>____________________________________________________________________________________________________</w:t>
      </w:r>
    </w:p>
    <w:tbl>
      <w:tblPr>
        <w:tblW w:type="auto" w:w="0"/>
        <w:jc w:val="center"/>
        <w:tblLook w:firstColumn="1" w:firstRow="1" w:lastColumn="0" w:lastRow="0" w:noHBand="0" w:noVBand="1" w:val="04A0"/>
      </w:tblPr>
      <w:tblGrid>
        <w:gridCol w:w="10368"/>
      </w:tblGrid>
      <w:tr>
        <w:tc>
          <w:tcPr>
            <w:tcW w:type="dxa" w:w="10368"/>
            <w:shd w:fill="D8C6A3"/>
          </w:tcPr>
          <w:p>
            <w:pPr>
              <w:spacing w:after="0"/>
            </w:pPr>
            <w:r>
              <w:rPr>
                <w:b/>
                <w:color w:val="303A33"/>
                <w:sz w:val="20"/>
              </w:rPr>
              <w:t>7. SIBLING CONNECTION REQUEST</w:t>
            </w:r>
          </w:p>
        </w:tc>
      </w:tr>
    </w:tbl>
    <w:p>
      <w:pPr>
        <w:spacing w:after="60"/>
      </w:pPr>
      <w:r>
        <w:t>Complete only if requesting support related to siblings separated by foster-care placement.</w:t>
      </w:r>
    </w:p>
    <w:p>
      <w:pPr>
        <w:spacing w:after="40"/>
      </w:pPr>
      <w:r>
        <w:rPr>
          <w:b/>
        </w:rPr>
        <w:t xml:space="preserve">Number of siblings </w:t>
      </w:r>
      <w:r>
        <w:t>______________________________</w:t>
      </w:r>
    </w:p>
    <w:p>
      <w:pPr>
        <w:spacing w:after="40"/>
      </w:pPr>
      <w:r>
        <w:rPr>
          <w:b/>
        </w:rPr>
        <w:t xml:space="preserve">Age range(s) </w:t>
      </w:r>
      <w:r>
        <w:t>___________________________________</w:t>
      </w:r>
    </w:p>
    <w:p>
      <w:r>
        <w:t>Briefly describe the type of sibling connection support being requested:</w:t>
      </w:r>
    </w:p>
    <w:p>
      <w:r>
        <w:t>____________________________________________________________________________________________________</w:t>
        <w:br/>
        <w:t>____________________________________________________________________________________________________</w:t>
      </w:r>
    </w:p>
    <w:tbl>
      <w:tblPr>
        <w:tblW w:type="auto" w:w="0"/>
        <w:jc w:val="center"/>
        <w:tblLook w:firstColumn="1" w:firstRow="1" w:lastColumn="0" w:lastRow="0" w:noHBand="0" w:noVBand="1" w:val="04A0"/>
      </w:tblPr>
      <w:tblGrid>
        <w:gridCol w:w="10368"/>
      </w:tblGrid>
      <w:tr>
        <w:tc>
          <w:tcPr>
            <w:tcW w:type="dxa" w:w="10368"/>
            <w:shd w:fill="D8C6A3"/>
          </w:tcPr>
          <w:p>
            <w:pPr>
              <w:spacing w:after="0"/>
            </w:pPr>
            <w:r>
              <w:rPr>
                <w:b/>
                <w:color w:val="303A33"/>
                <w:sz w:val="20"/>
              </w:rPr>
              <w:t>8. URGENCY &amp; CURRENT ASSISTANCE</w:t>
            </w:r>
          </w:p>
        </w:tc>
      </w:tr>
    </w:tbl>
    <w:tbl>
      <w:tblPr>
        <w:tblW w:type="auto" w:w="0"/>
        <w:jc w:val="left"/>
        <w:tblLook w:firstColumn="1" w:firstRow="1" w:lastColumn="0" w:lastRow="0" w:noHBand="0" w:noVBand="1" w:val="04A0"/>
      </w:tblPr>
      <w:tblGrid>
        <w:gridCol w:w="5184"/>
        <w:gridCol w:w="5184"/>
      </w:tblGrid>
      <w:tr>
        <w:tc>
          <w:tcPr>
            <w:tcW w:type="dxa" w:w="5184"/>
          </w:tcPr>
          <w:p>
            <w:pPr>
              <w:spacing w:after="0"/>
            </w:pPr>
            <w:r>
              <w:rPr>
                <w:sz w:val="18"/>
              </w:rPr>
              <w:t>☐ Immediate / urgent need</w:t>
            </w:r>
          </w:p>
        </w:tc>
        <w:tc>
          <w:tcPr>
            <w:tcW w:type="dxa" w:w="5184"/>
          </w:tcPr>
          <w:p>
            <w:pPr>
              <w:spacing w:after="0"/>
            </w:pPr>
            <w:r>
              <w:rPr>
                <w:sz w:val="18"/>
              </w:rPr>
              <w:t>☐ Needed within 7 days</w:t>
            </w:r>
          </w:p>
        </w:tc>
      </w:tr>
      <w:tr>
        <w:tc>
          <w:tcPr>
            <w:tcW w:type="dxa" w:w="5184"/>
          </w:tcPr>
          <w:p>
            <w:pPr>
              <w:spacing w:after="0"/>
            </w:pPr>
            <w:r>
              <w:rPr>
                <w:sz w:val="18"/>
              </w:rPr>
              <w:t>☐ Needed within 30 days</w:t>
            </w:r>
          </w:p>
        </w:tc>
        <w:tc>
          <w:tcPr>
            <w:tcW w:type="dxa" w:w="5184"/>
          </w:tcPr>
          <w:p>
            <w:pPr>
              <w:spacing w:after="0"/>
            </w:pPr>
            <w:r>
              <w:rPr>
                <w:sz w:val="18"/>
              </w:rPr>
              <w:t>☐ Routine / no immediate deadline</w:t>
            </w:r>
          </w:p>
        </w:tc>
      </w:tr>
    </w:tbl>
    <w:p>
      <w:r>
        <w:rPr>
          <w:b/>
        </w:rPr>
        <w:t xml:space="preserve">Have you requested or received assistance for this need from another program? </w:t>
      </w:r>
      <w:r>
        <w:t>☐ Yes   ☐ No</w:t>
      </w:r>
    </w:p>
    <w:p>
      <w:r>
        <w:t>If yes, please briefly describe: _________________________________________________________________</w:t>
      </w:r>
    </w:p>
    <w:p>
      <w:r>
        <w:t>____________________________________________________________________________________________________</w:t>
      </w:r>
    </w:p>
    <w:tbl>
      <w:tblPr>
        <w:tblW w:type="auto" w:w="0"/>
        <w:jc w:val="center"/>
        <w:tblLook w:firstColumn="1" w:firstRow="1" w:lastColumn="0" w:lastRow="0" w:noHBand="0" w:noVBand="1" w:val="04A0"/>
      </w:tblPr>
      <w:tblGrid>
        <w:gridCol w:w="10368"/>
      </w:tblGrid>
      <w:tr>
        <w:tc>
          <w:tcPr>
            <w:tcW w:type="dxa" w:w="10368"/>
            <w:shd w:fill="D8C6A3"/>
          </w:tcPr>
          <w:p>
            <w:pPr>
              <w:spacing w:after="0"/>
            </w:pPr>
            <w:r>
              <w:rPr>
                <w:b/>
                <w:color w:val="303A33"/>
                <w:sz w:val="20"/>
              </w:rPr>
              <w:t>9. ADDITIONAL INFORMATION</w:t>
            </w:r>
          </w:p>
        </w:tc>
      </w:tr>
    </w:tbl>
    <w:p>
      <w:r>
        <w:t>Please share any information that will help Elohim Vision understand the request. Do not include unnecessary confidential court or case details.</w:t>
      </w:r>
    </w:p>
    <w:p>
      <w:r>
        <w:t>____________________________________________________________________________________________________</w:t>
        <w:br/>
        <w:t>____________________________________________________________________________________________________</w:t>
        <w:br/>
        <w:t>____________________________________________________________________________________________________</w:t>
      </w:r>
    </w:p>
    <w:tbl>
      <w:tblPr>
        <w:tblW w:type="auto" w:w="0"/>
        <w:jc w:val="center"/>
        <w:tblLook w:firstColumn="1" w:firstRow="1" w:lastColumn="0" w:lastRow="0" w:noHBand="0" w:noVBand="1" w:val="04A0"/>
      </w:tblPr>
      <w:tblGrid>
        <w:gridCol w:w="10368"/>
      </w:tblGrid>
      <w:tr>
        <w:tc>
          <w:tcPr>
            <w:tcW w:type="dxa" w:w="10368"/>
            <w:shd w:fill="D8C6A3"/>
          </w:tcPr>
          <w:p>
            <w:pPr>
              <w:spacing w:after="0"/>
            </w:pPr>
            <w:r>
              <w:rPr>
                <w:b/>
                <w:color w:val="303A33"/>
                <w:sz w:val="20"/>
              </w:rPr>
              <w:t>10. ACKNOWLEDGMENT &amp; CONSENT</w:t>
            </w:r>
          </w:p>
        </w:tc>
      </w:tr>
    </w:tbl>
    <w:p>
      <w:r>
        <w:t>I understand that submitting this intake form does not guarantee services, financial assistance, donated items, or any child-welfare or court outcome. Elohim Vision provides basic resource assistance, practical support, and resource navigation within the scope of its programs. Elohim Vision does not replace a social worker, attorney, court, therapist, or other licensed or authorized professional.</w:t>
      </w:r>
    </w:p>
    <w:p>
      <w:r>
        <w:t>I authorize Elohim Vision to contact me regarding this request and, when necessary to coordinate the requested assistance, to communicate with the referral source or partner identified on this form.</w:t>
      </w:r>
    </w:p>
    <w:p>
      <w:pPr>
        <w:spacing w:after="40"/>
      </w:pPr>
      <w:r>
        <w:rPr>
          <w:b/>
        </w:rPr>
        <w:t xml:space="preserve">Participant / Caregiver / Referrer Signature </w:t>
      </w:r>
      <w:r>
        <w:t>________________________________</w:t>
      </w:r>
    </w:p>
    <w:p>
      <w:pPr>
        <w:spacing w:after="40"/>
      </w:pPr>
      <w:r>
        <w:rPr>
          <w:b/>
        </w:rPr>
        <w:t xml:space="preserve">Date </w:t>
      </w:r>
      <w:r>
        <w:t>________________________</w:t>
      </w:r>
    </w:p>
    <w:tbl>
      <w:tblPr>
        <w:tblW w:type="auto" w:w="0"/>
        <w:jc w:val="center"/>
        <w:tblLook w:firstColumn="1" w:firstRow="1" w:lastColumn="0" w:lastRow="0" w:noHBand="0" w:noVBand="1" w:val="04A0"/>
      </w:tblPr>
      <w:tblGrid>
        <w:gridCol w:w="10368"/>
      </w:tblGrid>
      <w:tr>
        <w:tc>
          <w:tcPr>
            <w:tcW w:type="dxa" w:w="10368"/>
            <w:shd w:fill="D8C6A3"/>
          </w:tcPr>
          <w:p>
            <w:pPr>
              <w:spacing w:after="0"/>
            </w:pPr>
            <w:r>
              <w:rPr>
                <w:b/>
                <w:color w:val="303A33"/>
                <w:sz w:val="20"/>
              </w:rPr>
              <w:t>FOR ELOHIM VISION USE ONLY</w:t>
            </w:r>
          </w:p>
        </w:tc>
      </w:tr>
    </w:tbl>
    <w:tbl>
      <w:tblPr>
        <w:tblW w:type="auto" w:w="0"/>
        <w:jc w:val="left"/>
        <w:tblLook w:firstColumn="1" w:firstRow="1" w:lastColumn="0" w:lastRow="0" w:noHBand="0" w:noVBand="1" w:val="04A0"/>
      </w:tblPr>
      <w:tblGrid>
        <w:gridCol w:w="5184"/>
        <w:gridCol w:w="5184"/>
      </w:tblGrid>
      <w:tr>
        <w:tc>
          <w:tcPr>
            <w:tcW w:type="dxa" w:w="5184"/>
          </w:tcPr>
          <w:p>
            <w:pPr>
              <w:spacing w:after="0"/>
            </w:pPr>
            <w:r>
              <w:rPr>
                <w:sz w:val="18"/>
              </w:rPr>
              <w:t>☐ Eligible</w:t>
            </w:r>
          </w:p>
        </w:tc>
        <w:tc>
          <w:tcPr>
            <w:tcW w:type="dxa" w:w="5184"/>
          </w:tcPr>
          <w:p>
            <w:pPr>
              <w:spacing w:after="0"/>
            </w:pPr>
            <w:r>
              <w:rPr>
                <w:sz w:val="18"/>
              </w:rPr>
              <w:t>☐ Pending Information</w:t>
            </w:r>
          </w:p>
        </w:tc>
      </w:tr>
      <w:tr>
        <w:tc>
          <w:tcPr>
            <w:tcW w:type="dxa" w:w="5184"/>
          </w:tcPr>
          <w:p>
            <w:pPr>
              <w:spacing w:after="0"/>
            </w:pPr>
            <w:r>
              <w:rPr>
                <w:sz w:val="18"/>
              </w:rPr>
              <w:t>☐ Referred to Partner</w:t>
            </w:r>
          </w:p>
        </w:tc>
        <w:tc>
          <w:tcPr>
            <w:tcW w:type="dxa" w:w="5184"/>
          </w:tcPr>
          <w:p>
            <w:pPr>
              <w:spacing w:after="0"/>
            </w:pPr>
            <w:r>
              <w:rPr>
                <w:sz w:val="18"/>
              </w:rPr>
              <w:t>☐ Unable to Assist at This Time</w:t>
            </w:r>
          </w:p>
        </w:tc>
      </w:tr>
    </w:tbl>
    <w:p>
      <w:pPr>
        <w:spacing w:after="40"/>
      </w:pPr>
      <w:r>
        <w:rPr>
          <w:b/>
        </w:rPr>
        <w:t xml:space="preserve">Program Assigned </w:t>
      </w:r>
      <w:r>
        <w:t>________________________________________</w:t>
      </w:r>
    </w:p>
    <w:p>
      <w:pPr>
        <w:spacing w:after="40"/>
      </w:pPr>
      <w:r>
        <w:rPr>
          <w:b/>
        </w:rPr>
        <w:t xml:space="preserve">Staff / Volunteer </w:t>
      </w:r>
      <w:r>
        <w:t>________________________________________</w:t>
      </w:r>
    </w:p>
    <w:p>
      <w:pPr>
        <w:spacing w:after="40"/>
      </w:pPr>
      <w:r>
        <w:rPr>
          <w:b/>
        </w:rPr>
        <w:t xml:space="preserve">Date Contacted </w:t>
      </w:r>
      <w:r>
        <w:t>______________________________</w:t>
      </w:r>
    </w:p>
    <w:p>
      <w:pPr>
        <w:spacing w:after="40"/>
      </w:pPr>
      <w:r>
        <w:rPr>
          <w:b/>
        </w:rPr>
        <w:t xml:space="preserve">Follow-Up Date </w:t>
      </w:r>
      <w:r>
        <w:t>______________________________</w:t>
      </w:r>
    </w:p>
    <w:p>
      <w:r>
        <w:t>Assistance Provided / Referral Notes:</w:t>
      </w:r>
    </w:p>
    <w:p>
      <w:r>
        <w:t>____________________________________________________________________________________________________</w:t>
        <w:br/>
        <w:t>____________________________________________________________________________________________________</w:t>
        <w:br/>
        <w:t>____________________________________________________________________________________________________</w:t>
      </w:r>
    </w:p>
    <w:sectPr w:rsidR="00FC693F" w:rsidRPr="0006063C" w:rsidSect="00034616">
      <w:footerReference w:type="default" r:id="rId10"/>
      <w:pgSz w:w="12240" w:h="15840"/>
      <w:pgMar w:top="648"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5"/>
      </w:rPr>
      <w:t>Elohim Vision | Foster Youth &amp; Family Support | Inland Empire, California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496B5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96B5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496B5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